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B9DA6" w14:textId="77777777" w:rsidR="007F1ADD" w:rsidRDefault="00000000">
      <w:pPr>
        <w:pStyle w:val="Heading1"/>
      </w:pPr>
      <w:r>
        <w:t>How to Install R and RStudio on Your PC</w:t>
      </w:r>
    </w:p>
    <w:p w14:paraId="24FBB788" w14:textId="77777777" w:rsidR="007F1ADD" w:rsidRDefault="00000000">
      <w:pPr>
        <w:pStyle w:val="Heading2"/>
      </w:pPr>
      <w:r>
        <w:t>Instructions for Windows OS</w:t>
      </w:r>
    </w:p>
    <w:p w14:paraId="67BCA828" w14:textId="77777777" w:rsidR="007F1ADD" w:rsidRDefault="00000000">
      <w:pPr>
        <w:pStyle w:val="Heading3"/>
      </w:pPr>
      <w:r>
        <w:t>Installing R on Windows</w:t>
      </w:r>
    </w:p>
    <w:p w14:paraId="4B8BF8DF" w14:textId="364119A0" w:rsidR="007F1ADD" w:rsidRDefault="00000000">
      <w:r>
        <w:br/>
        <w:t xml:space="preserve">1. Go to the CRAN website: </w:t>
      </w:r>
      <w:hyperlink r:id="rId6" w:history="1">
        <w:r w:rsidR="006E7C67" w:rsidRPr="001E1C09">
          <w:rPr>
            <w:rStyle w:val="Hyperlink"/>
          </w:rPr>
          <w:t>https://cran.r-project.org/</w:t>
        </w:r>
      </w:hyperlink>
      <w:r w:rsidR="006E7C67">
        <w:t xml:space="preserve"> </w:t>
      </w:r>
      <w:r>
        <w:t>.</w:t>
      </w:r>
      <w:r>
        <w:br/>
        <w:t>2. Click on the 'Download R for Windows' link.</w:t>
      </w:r>
      <w:r>
        <w:br/>
        <w:t>3. Select 'base' and then click on 'Download R x.y.z for Windows' (where x.y.z is the version number).</w:t>
      </w:r>
      <w:r>
        <w:br/>
        <w:t>4. Save the installer file to your PC and double-click it to start the installation.</w:t>
      </w:r>
      <w:r>
        <w:br/>
        <w:t>5. Follow the on-screen instructions to complete the installation:</w:t>
      </w:r>
      <w:r>
        <w:br/>
        <w:t xml:space="preserve">   - Choose your preferred language.</w:t>
      </w:r>
      <w:r>
        <w:br/>
        <w:t xml:space="preserve">   - Accept the license agreement.</w:t>
      </w:r>
      <w:r>
        <w:br/>
        <w:t xml:space="preserve">   - Select the installation folder (default is recommended).</w:t>
      </w:r>
      <w:r>
        <w:br/>
        <w:t xml:space="preserve">   - Choose the components to install (default is recommended).</w:t>
      </w:r>
      <w:r>
        <w:br/>
        <w:t xml:space="preserve">   - Complete the installation.</w:t>
      </w:r>
    </w:p>
    <w:p w14:paraId="53D763E5" w14:textId="77777777" w:rsidR="007F1ADD" w:rsidRDefault="00000000">
      <w:pPr>
        <w:pStyle w:val="Heading3"/>
      </w:pPr>
      <w:r>
        <w:t>Installing RStudio on Windows</w:t>
      </w:r>
    </w:p>
    <w:p w14:paraId="09201CB7" w14:textId="472F212A" w:rsidR="007F1ADD" w:rsidRDefault="00000000">
      <w:r>
        <w:br/>
        <w:t xml:space="preserve">1. Go to the RStudio website: </w:t>
      </w:r>
      <w:hyperlink r:id="rId7" w:history="1">
        <w:r w:rsidR="006E7C67" w:rsidRPr="001E1C09">
          <w:rPr>
            <w:rStyle w:val="Hyperlink"/>
          </w:rPr>
          <w:t>https://posit.co/download/rstudio-desktop/</w:t>
        </w:r>
      </w:hyperlink>
      <w:r w:rsidR="006E7C67">
        <w:t xml:space="preserve"> </w:t>
      </w:r>
      <w:r>
        <w:t>.</w:t>
      </w:r>
      <w:r>
        <w:br/>
        <w:t>2. Under 'All Installers', click on 'Download RStudio for Windows'.</w:t>
      </w:r>
      <w:r>
        <w:br/>
        <w:t>3. Save the installer file to your PC and double-click it to start the installation.</w:t>
      </w:r>
      <w:r>
        <w:br/>
        <w:t>4. Follow the on-screen instructions to complete the installation:</w:t>
      </w:r>
      <w:r>
        <w:br/>
        <w:t xml:space="preserve">   - Accept the license agreement.</w:t>
      </w:r>
      <w:r>
        <w:br/>
        <w:t xml:space="preserve">   - Select the installation folder (default is recommended).</w:t>
      </w:r>
      <w:r>
        <w:br/>
        <w:t xml:space="preserve">   - Click 'Install' and wait for the installation to complete.</w:t>
      </w:r>
      <w:r>
        <w:br/>
        <w:t>5. Once installed, open RStudio and verify it works with R by typing `sessionInfo()` in the console.</w:t>
      </w:r>
      <w:r>
        <w:br/>
      </w:r>
    </w:p>
    <w:p w14:paraId="2FFA47C3" w14:textId="77777777" w:rsidR="007F1ADD" w:rsidRDefault="00000000">
      <w:pPr>
        <w:pStyle w:val="Heading2"/>
      </w:pPr>
      <w:r>
        <w:t>Instructions for macOS</w:t>
      </w:r>
    </w:p>
    <w:p w14:paraId="2F9FCEEB" w14:textId="77777777" w:rsidR="007F1ADD" w:rsidRDefault="00000000">
      <w:pPr>
        <w:pStyle w:val="Heading3"/>
      </w:pPr>
      <w:r>
        <w:t>Installing R on macOS</w:t>
      </w:r>
    </w:p>
    <w:p w14:paraId="20D1E75D" w14:textId="6177434B" w:rsidR="007F1ADD" w:rsidRDefault="00000000">
      <w:r>
        <w:br/>
        <w:t xml:space="preserve">1. Go to the CRAN website: </w:t>
      </w:r>
      <w:hyperlink r:id="rId8" w:history="1">
        <w:r w:rsidR="006E7C67" w:rsidRPr="001E1C09">
          <w:rPr>
            <w:rStyle w:val="Hyperlink"/>
          </w:rPr>
          <w:t>https://cran.r-project.org/</w:t>
        </w:r>
      </w:hyperlink>
      <w:r w:rsidR="006E7C67">
        <w:t xml:space="preserve"> </w:t>
      </w:r>
      <w:r>
        <w:t>.</w:t>
      </w:r>
      <w:r>
        <w:br/>
        <w:t>2. Click on the 'Download R for macOS' link.</w:t>
      </w:r>
      <w:r>
        <w:br/>
        <w:t>3. Under 'Latest Release', download the package file for the latest R version.</w:t>
      </w:r>
      <w:r>
        <w:br/>
        <w:t>4. Open the downloaded .pkg file and follow the on-screen instructions to install R:</w:t>
      </w:r>
      <w:r>
        <w:br/>
        <w:t xml:space="preserve">   - Accept the license agreement.</w:t>
      </w:r>
      <w:r>
        <w:br/>
        <w:t xml:space="preserve">   - Choose the installation destination (default is recommended).</w:t>
      </w:r>
      <w:r>
        <w:br/>
        <w:t xml:space="preserve">   - Complete the installation.</w:t>
      </w:r>
      <w:r>
        <w:br/>
      </w:r>
      <w:r>
        <w:lastRenderedPageBreak/>
        <w:t>5. Once installed, verify R is working by opening the Terminal and typing `R`.</w:t>
      </w:r>
      <w:r>
        <w:br/>
      </w:r>
    </w:p>
    <w:p w14:paraId="2FA59408" w14:textId="77777777" w:rsidR="007F1ADD" w:rsidRDefault="00000000">
      <w:pPr>
        <w:pStyle w:val="Heading3"/>
      </w:pPr>
      <w:r>
        <w:t>Installing RStudio on macOS</w:t>
      </w:r>
    </w:p>
    <w:p w14:paraId="7E2CC80D" w14:textId="33483275" w:rsidR="007F1ADD" w:rsidRDefault="00000000">
      <w:r>
        <w:br/>
        <w:t xml:space="preserve">1. Go to the RStudio website: </w:t>
      </w:r>
      <w:hyperlink r:id="rId9" w:history="1">
        <w:r w:rsidR="006E7C67" w:rsidRPr="001E1C09">
          <w:rPr>
            <w:rStyle w:val="Hyperlink"/>
          </w:rPr>
          <w:t>https://posit.co/download/rstudio-desktop/</w:t>
        </w:r>
      </w:hyperlink>
      <w:r w:rsidR="006E7C67">
        <w:t xml:space="preserve"> </w:t>
      </w:r>
      <w:r>
        <w:t>.</w:t>
      </w:r>
      <w:r>
        <w:br/>
        <w:t>2. Under 'All Installers', click on 'Download RStudio for macOS'.</w:t>
      </w:r>
      <w:r>
        <w:br/>
        <w:t>3. Open the downloaded .dmg file and drag the RStudio icon to the Applications folder.</w:t>
      </w:r>
      <w:r>
        <w:br/>
        <w:t>4. Once installed, open RStudio from the Applications folder and verify it works with R by typing `sessionInfo()` in the console.</w:t>
      </w:r>
      <w:r>
        <w:br/>
      </w:r>
    </w:p>
    <w:sectPr w:rsidR="007F1AD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3839054">
    <w:abstractNumId w:val="8"/>
  </w:num>
  <w:num w:numId="2" w16cid:durableId="649603458">
    <w:abstractNumId w:val="6"/>
  </w:num>
  <w:num w:numId="3" w16cid:durableId="670376169">
    <w:abstractNumId w:val="5"/>
  </w:num>
  <w:num w:numId="4" w16cid:durableId="234626984">
    <w:abstractNumId w:val="4"/>
  </w:num>
  <w:num w:numId="5" w16cid:durableId="746459043">
    <w:abstractNumId w:val="7"/>
  </w:num>
  <w:num w:numId="6" w16cid:durableId="49814383">
    <w:abstractNumId w:val="3"/>
  </w:num>
  <w:num w:numId="7" w16cid:durableId="1642272036">
    <w:abstractNumId w:val="2"/>
  </w:num>
  <w:num w:numId="8" w16cid:durableId="1722746901">
    <w:abstractNumId w:val="1"/>
  </w:num>
  <w:num w:numId="9" w16cid:durableId="593769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E7C67"/>
    <w:rsid w:val="007F1ADD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FB2FCF"/>
  <w14:defaultImageDpi w14:val="300"/>
  <w15:docId w15:val="{AEA0C0DE-4887-6645-84F2-AC962469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6E7C6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7C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an.r-project.org/" TargetMode="External"/><Relationship Id="rId3" Type="http://schemas.openxmlformats.org/officeDocument/2006/relationships/styles" Target="styles.xml"/><Relationship Id="rId7" Type="http://schemas.openxmlformats.org/officeDocument/2006/relationships/hyperlink" Target="https://posit.co/download/rstudio-desktop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ran.r-project.org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posit.co/download/rstudio-deskto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Mohammad Shameem Jawed</cp:lastModifiedBy>
  <cp:revision>2</cp:revision>
  <dcterms:created xsi:type="dcterms:W3CDTF">2013-12-23T23:15:00Z</dcterms:created>
  <dcterms:modified xsi:type="dcterms:W3CDTF">2024-11-25T03:38:00Z</dcterms:modified>
  <cp:category/>
</cp:coreProperties>
</file>